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MFH BANGLA PORTUGAL LTD</w:t>
      </w:r>
    </w:p>
    <w:p>
      <w:pPr>
        <w:pStyle w:val="Title"/>
        <w:spacing w:after="100"/>
      </w:pPr>
      <w:r>
        <w:t>Client Application Enquiry Form</w:t>
      </w:r>
    </w:p>
    <w:p>
      <w:r>
        <w:t>Complete this form so we can review your enquiry and contact you about suitable services. Tick the relevant boxes. Leave fields blank if they do not apply.</w:t>
      </w:r>
    </w:p>
    <w:p>
      <w:pPr>
        <w:spacing w:after="160"/>
      </w:pPr>
      <w:r>
        <w:t>WhatsApp: +351 920 225 005  |  +41 77 938 04 37</w:t>
        <w:br/>
        <w:t>Email: ceo.mfh.bd@gmail.com</w:t>
      </w:r>
    </w:p>
    <w:p>
      <w:pPr>
        <w:pStyle w:val="Heading2"/>
      </w:pPr>
      <w:r>
        <w:t>1  Personal and contact details</w:t>
      </w:r>
    </w:p>
    <w:p>
      <w:r>
        <w:t>Full name: _________________________________________________________________</w:t>
      </w:r>
    </w:p>
    <w:p>
      <w:r>
        <w:t>Date of birth: __________________    Nationality: ________________________________</w:t>
      </w:r>
    </w:p>
    <w:p>
      <w:r>
        <w:t>Current country and city: _____________________________________________________</w:t>
      </w:r>
    </w:p>
    <w:p>
      <w:r>
        <w:t>Phone or WhatsApp: __________________    Email: _______________________________</w:t>
      </w:r>
    </w:p>
    <w:p>
      <w:r>
        <w:t>Preferred contact method:  ☐ WhatsApp   ☐ Phone   ☐ Email</w:t>
      </w:r>
    </w:p>
    <w:p>
      <w:pPr>
        <w:pStyle w:val="Heading2"/>
      </w:pPr>
      <w:r>
        <w:t>2  Service required</w:t>
      </w:r>
    </w:p>
    <w:p>
      <w:r>
        <w:t>☐ Study abroad   ☐ Work visa   ☐ Business or entrepreneur visa   ☐ Family reunification</w:t>
      </w:r>
    </w:p>
    <w:p>
      <w:r>
        <w:t>☐ Residence permit   ☐ Other: __________________________________________________</w:t>
      </w:r>
    </w:p>
    <w:p>
      <w:r>
        <w:t>Preferred destination: __________________    Intended start date: __________________</w:t>
      </w:r>
    </w:p>
    <w:p>
      <w:pPr>
        <w:pStyle w:val="Heading2"/>
      </w:pPr>
      <w:r>
        <w:t>3  Education and employment</w:t>
      </w:r>
    </w:p>
    <w:p>
      <w:r>
        <w:t>Highest qualification and subject: ______________________________________________</w:t>
      </w:r>
    </w:p>
    <w:p>
      <w:r>
        <w:t>Institution and graduation year: ________________________________________________</w:t>
      </w:r>
    </w:p>
    <w:p>
      <w:r>
        <w:t>Current occupation: __________________    Relevant experience in years: ____________</w:t>
      </w:r>
    </w:p>
    <w:p>
      <w:r>
        <w:t>Languages and any language test results: ________________________________________</w:t>
      </w:r>
    </w:p>
    <w:p>
      <w:pPr>
        <w:pStyle w:val="Heading2"/>
      </w:pPr>
      <w:r>
        <w:t>4  Application information</w:t>
      </w:r>
    </w:p>
    <w:p>
      <w:r>
        <w:t>Passport held:  ☐ Yes  ☐ No     Expiry date: ______________    Budget: _______________</w:t>
      </w:r>
    </w:p>
    <w:p>
      <w:r>
        <w:t>Current visa or residence status if applicable: _____________________________________</w:t>
      </w:r>
    </w:p>
    <w:p>
      <w:r>
        <w:t>Previous visa refusal:  ☐ Yes  ☐ No     Country and year if yes: _______________________</w:t>
      </w:r>
    </w:p>
    <w:p>
      <w:r>
        <w:t>Preferred course or job and any questions: ________________________________________</w:t>
      </w:r>
    </w:p>
    <w:p>
      <w:r>
        <w:t>____________________________________________________________________________</w:t>
      </w:r>
    </w:p>
    <w:p>
      <w:pPr>
        <w:pStyle w:val="Heading2"/>
      </w:pPr>
      <w:r>
        <w:t>5  Applicant acknowledgement</w:t>
      </w:r>
    </w:p>
    <w:p>
      <w:pPr>
        <w:spacing w:after="140"/>
      </w:pPr>
      <w:r>
        <w:t>☐ I confirm that the information provided is accurate to the best of my knowledge and agree to be contacted about this enquiry. This form is an initial enquiry and does not guarantee admission, employment or a visa.</w:t>
      </w:r>
    </w:p>
    <w:p>
      <w:r>
        <w:t>Applicant signature: ______________________________    Date: ____________________</w:t>
      </w:r>
    </w:p>
    <w:p>
      <w:pPr>
        <w:pStyle w:val="Heading2"/>
      </w:pPr>
      <w:r>
        <w:t>6  Office use</w:t>
      </w:r>
    </w:p>
    <w:p>
      <w:r>
        <w:t>Enquiry reference: ______________    Received by: ______________    Date: ___________</w:t>
      </w:r>
    </w:p>
    <w:p>
      <w:r>
        <w:t>Next action or follow up: ______________________________________________________</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Application Enquiry Form</dc:title>
  <dc:subject/>
  <dc:creator>MFH Bangla Portugal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